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34" w:rsidRPr="00CD234B" w:rsidRDefault="004E622E" w:rsidP="004060DB">
      <w:pPr>
        <w:spacing w:afterLines="150" w:after="360" w:line="240" w:lineRule="auto"/>
        <w:jc w:val="center"/>
        <w:rPr>
          <w:rFonts w:ascii="標楷體" w:eastAsia="標楷體" w:hAnsi="標楷體"/>
          <w:b/>
          <w:sz w:val="32"/>
          <w:szCs w:val="28"/>
          <w:lang w:eastAsia="zh-TW"/>
        </w:rPr>
      </w:pPr>
      <w:r w:rsidRPr="00CD234B">
        <w:rPr>
          <w:rFonts w:ascii="標楷體" w:eastAsia="標楷體" w:hAnsi="標楷體" w:hint="eastAsia"/>
          <w:b/>
          <w:sz w:val="32"/>
          <w:szCs w:val="28"/>
          <w:lang w:eastAsia="zh-TW"/>
        </w:rPr>
        <w:t>學生報告書</w:t>
      </w:r>
    </w:p>
    <w:tbl>
      <w:tblPr>
        <w:tblW w:w="102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51"/>
        <w:gridCol w:w="1701"/>
        <w:gridCol w:w="1701"/>
        <w:gridCol w:w="850"/>
        <w:gridCol w:w="2552"/>
      </w:tblGrid>
      <w:tr w:rsidR="00CD234B" w:rsidRPr="004E622E" w:rsidTr="00CD234B">
        <w:trPr>
          <w:trHeight w:hRule="exact" w:val="510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4060D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  <w:t>一、學生基本資料</w:t>
            </w:r>
          </w:p>
        </w:tc>
      </w:tr>
      <w:tr w:rsidR="00CD234B" w:rsidRPr="004E622E" w:rsidTr="008551BF">
        <w:trPr>
          <w:trHeight w:hRule="exact" w:val="510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</w:rPr>
              <w:t>姓名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E7E6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</w:rPr>
              <w:t>系級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D234B" w:rsidRPr="004E622E" w:rsidTr="008551BF">
        <w:trPr>
          <w:trHeight w:hRule="exact" w:val="510"/>
          <w:jc w:val="center"/>
        </w:trPr>
        <w:tc>
          <w:tcPr>
            <w:tcW w:w="2551" w:type="dxa"/>
            <w:tcBorders>
              <w:left w:val="single" w:sz="4" w:space="0" w:color="auto"/>
            </w:tcBorders>
            <w:shd w:val="clear" w:color="auto" w:fill="E7E6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</w:rPr>
              <w:t>學號</w:t>
            </w:r>
          </w:p>
        </w:tc>
        <w:tc>
          <w:tcPr>
            <w:tcW w:w="255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E7E6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</w:rPr>
              <w:t>聯絡方式（手機）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D234B" w:rsidRPr="004E622E" w:rsidTr="008551BF">
        <w:trPr>
          <w:trHeight w:hRule="exact" w:val="510"/>
          <w:jc w:val="center"/>
        </w:trPr>
        <w:tc>
          <w:tcPr>
            <w:tcW w:w="2551" w:type="dxa"/>
            <w:tcBorders>
              <w:left w:val="single" w:sz="4" w:space="0" w:color="auto"/>
            </w:tcBorders>
            <w:shd w:val="clear" w:color="auto" w:fill="E7E6E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</w:rPr>
              <w:t>E-mail</w:t>
            </w:r>
          </w:p>
        </w:tc>
        <w:tc>
          <w:tcPr>
            <w:tcW w:w="7655" w:type="dxa"/>
            <w:gridSpan w:val="5"/>
            <w:tcBorders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D234B" w:rsidRPr="004E622E" w:rsidRDefault="00CD234B" w:rsidP="00CD234B">
            <w:pPr>
              <w:spacing w:after="0" w:line="240" w:lineRule="auto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  <w:tr w:rsidR="00CD234B" w:rsidRPr="004E622E" w:rsidTr="008551BF">
        <w:trPr>
          <w:trHeight w:hRule="exact" w:val="1385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CD234B" w:rsidRPr="004E622E" w:rsidRDefault="00CD234B" w:rsidP="00CD234B">
            <w:pPr>
              <w:snapToGrid w:val="0"/>
              <w:spacing w:beforeLines="50" w:before="120"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  <w:t>二、申請事由</w:t>
            </w:r>
          </w:p>
          <w:p w:rsidR="00CD234B" w:rsidRPr="004E622E" w:rsidRDefault="00CD234B" w:rsidP="00CD234B">
            <w:pPr>
              <w:spacing w:beforeLines="50" w:before="120" w:after="0" w:line="240" w:lineRule="auto"/>
              <w:ind w:leftChars="200" w:left="400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CD234B">
              <w:rPr>
                <w:rFonts w:ascii="標楷體" w:eastAsia="標楷體" w:hAnsi="標楷體"/>
                <w:sz w:val="24"/>
                <w:szCs w:val="28"/>
                <w:lang w:eastAsia="zh-TW"/>
              </w:rPr>
              <w:t>本人因</w:t>
            </w:r>
            <w:r w:rsidRPr="00CD234B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_____________________________________________</w:t>
            </w:r>
            <w:r w:rsidRPr="00CD234B">
              <w:rPr>
                <w:rFonts w:ascii="標楷體" w:eastAsia="標楷體" w:hAnsi="標楷體"/>
                <w:sz w:val="24"/>
                <w:szCs w:val="28"/>
                <w:lang w:eastAsia="zh-TW"/>
              </w:rPr>
              <w:t>，</w:t>
            </w:r>
            <w:r w:rsidRPr="00CD234B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故須</w:t>
            </w:r>
            <w:r w:rsidRPr="00CD234B">
              <w:rPr>
                <w:rFonts w:ascii="標楷體" w:eastAsia="標楷體" w:hAnsi="標楷體"/>
                <w:sz w:val="24"/>
                <w:szCs w:val="28"/>
                <w:lang w:eastAsia="zh-TW"/>
              </w:rPr>
              <w:t>於同一學期修讀兩門體育課程</w:t>
            </w:r>
            <w:r w:rsidRPr="00CD234B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。</w:t>
            </w:r>
          </w:p>
        </w:tc>
      </w:tr>
      <w:tr w:rsidR="00CD234B" w:rsidRPr="004E622E" w:rsidTr="00F112DF">
        <w:trPr>
          <w:trHeight w:hRule="exact" w:val="5777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CD234B" w:rsidRPr="004E622E" w:rsidRDefault="00CD234B" w:rsidP="00CD234B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4E622E"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  <w:t>三、說明</w:t>
            </w:r>
          </w:p>
        </w:tc>
      </w:tr>
      <w:tr w:rsidR="00CD234B" w:rsidRPr="004E622E" w:rsidTr="00F112DF">
        <w:trPr>
          <w:trHeight w:hRule="exact" w:val="881"/>
          <w:jc w:val="center"/>
        </w:trPr>
        <w:tc>
          <w:tcPr>
            <w:tcW w:w="1020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CD234B" w:rsidRPr="009C5107" w:rsidRDefault="00CD234B" w:rsidP="00CD234B">
            <w:pPr>
              <w:spacing w:beforeLines="200" w:before="480" w:afterLines="50" w:after="120" w:line="240" w:lineRule="auto"/>
              <w:jc w:val="both"/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</w:pPr>
            <w:r w:rsidRPr="009C5107"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  <w:t>申</w:t>
            </w:r>
            <w:r w:rsidRPr="009C5107">
              <w:rPr>
                <w:rFonts w:ascii="標楷體" w:eastAsia="標楷體" w:hAnsi="標楷體"/>
                <w:b/>
                <w:sz w:val="24"/>
                <w:szCs w:val="28"/>
                <w:shd w:val="clear" w:color="auto" w:fill="D9D9D9" w:themeFill="background1" w:themeFillShade="D9"/>
                <w:lang w:eastAsia="zh-TW"/>
              </w:rPr>
              <w:t>請人簽名：________________________</w:t>
            </w:r>
            <w:r w:rsidRPr="009C5107">
              <w:rPr>
                <w:rFonts w:ascii="標楷體" w:eastAsia="標楷體" w:hAnsi="標楷體" w:hint="eastAsia"/>
                <w:b/>
                <w:sz w:val="24"/>
                <w:szCs w:val="28"/>
                <w:shd w:val="clear" w:color="auto" w:fill="D9D9D9" w:themeFill="background1" w:themeFillShade="D9"/>
                <w:lang w:eastAsia="zh-TW"/>
              </w:rPr>
              <w:t>；</w:t>
            </w:r>
            <w:r w:rsidRPr="009C5107">
              <w:rPr>
                <w:rFonts w:ascii="標楷體" w:eastAsia="標楷體" w:hAnsi="標楷體"/>
                <w:b/>
                <w:sz w:val="24"/>
                <w:szCs w:val="28"/>
                <w:shd w:val="clear" w:color="auto" w:fill="D9D9D9" w:themeFill="background1" w:themeFillShade="D9"/>
                <w:lang w:eastAsia="zh-TW"/>
              </w:rPr>
              <w:t>申請日期：中華民國 ___</w:t>
            </w:r>
            <w:r w:rsidRPr="009C5107">
              <w:rPr>
                <w:rFonts w:ascii="標楷體" w:eastAsia="標楷體" w:hAnsi="標楷體" w:hint="eastAsia"/>
                <w:b/>
                <w:sz w:val="24"/>
                <w:szCs w:val="28"/>
                <w:shd w:val="clear" w:color="auto" w:fill="D9D9D9" w:themeFill="background1" w:themeFillShade="D9"/>
                <w:lang w:eastAsia="zh-TW"/>
              </w:rPr>
              <w:t>_</w:t>
            </w:r>
            <w:r w:rsidRPr="009C5107">
              <w:rPr>
                <w:rFonts w:ascii="標楷體" w:eastAsia="標楷體" w:hAnsi="標楷體"/>
                <w:b/>
                <w:sz w:val="24"/>
                <w:szCs w:val="28"/>
                <w:shd w:val="clear" w:color="auto" w:fill="D9D9D9" w:themeFill="background1" w:themeFillShade="D9"/>
                <w:lang w:eastAsia="zh-TW"/>
              </w:rPr>
              <w:t>__ 年 _____ 月 _____ 日</w:t>
            </w:r>
          </w:p>
        </w:tc>
      </w:tr>
      <w:tr w:rsidR="00AE175F" w:rsidRPr="004E622E" w:rsidTr="00F112DF">
        <w:trPr>
          <w:trHeight w:hRule="exact" w:val="640"/>
          <w:jc w:val="center"/>
        </w:trPr>
        <w:tc>
          <w:tcPr>
            <w:tcW w:w="10206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AE175F" w:rsidRPr="00AE175F" w:rsidRDefault="00AE175F" w:rsidP="00AE175F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AE175F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*下表各欄請相關單位核章</w:t>
            </w:r>
            <w:bookmarkStart w:id="0" w:name="_GoBack"/>
            <w:bookmarkEnd w:id="0"/>
          </w:p>
        </w:tc>
      </w:tr>
      <w:tr w:rsidR="00AE175F" w:rsidRPr="004E622E" w:rsidTr="00AE175F">
        <w:trPr>
          <w:trHeight w:hRule="exact" w:val="879"/>
          <w:jc w:val="center"/>
        </w:trPr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AE175F" w:rsidRPr="009C5107" w:rsidRDefault="00AE175F" w:rsidP="00CD234B">
            <w:pPr>
              <w:spacing w:beforeLines="50" w:before="120" w:after="0" w:line="240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8"/>
                <w:lang w:eastAsia="zh-TW"/>
              </w:rPr>
              <w:t>導師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75F" w:rsidRPr="009C5107" w:rsidRDefault="00AE175F" w:rsidP="00CD234B">
            <w:pPr>
              <w:spacing w:beforeLines="50" w:before="120" w:after="0" w:line="240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</w:pPr>
            <w:r w:rsidRPr="009C5107">
              <w:rPr>
                <w:rFonts w:ascii="標楷體" w:eastAsia="標楷體" w:hAnsi="標楷體"/>
                <w:b/>
                <w:sz w:val="24"/>
                <w:szCs w:val="28"/>
              </w:rPr>
              <w:t>系主任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175F" w:rsidRPr="009C5107" w:rsidRDefault="00AE175F" w:rsidP="00AE175F">
            <w:pPr>
              <w:spacing w:beforeLines="50" w:before="120" w:after="0" w:line="240" w:lineRule="auto"/>
              <w:jc w:val="center"/>
              <w:rPr>
                <w:rFonts w:ascii="標楷體" w:eastAsia="標楷體" w:hAnsi="標楷體" w:hint="eastAsia"/>
                <w:b/>
                <w:sz w:val="24"/>
                <w:szCs w:val="28"/>
                <w:lang w:eastAsia="zh-TW"/>
              </w:rPr>
            </w:pPr>
            <w:r w:rsidRPr="009C5107">
              <w:rPr>
                <w:rFonts w:ascii="標楷體" w:eastAsia="標楷體" w:hAnsi="標楷體"/>
                <w:b/>
                <w:sz w:val="24"/>
                <w:szCs w:val="28"/>
                <w:lang w:eastAsia="zh-TW"/>
              </w:rPr>
              <w:t>體育室</w:t>
            </w:r>
          </w:p>
        </w:tc>
      </w:tr>
      <w:tr w:rsidR="00AE175F" w:rsidRPr="004E622E" w:rsidTr="00AE175F">
        <w:trPr>
          <w:trHeight w:hRule="exact" w:val="1053"/>
          <w:jc w:val="center"/>
        </w:trPr>
        <w:tc>
          <w:tcPr>
            <w:tcW w:w="3402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AE175F" w:rsidRPr="00C142C8" w:rsidRDefault="00AE175F" w:rsidP="00CD234B">
            <w:pPr>
              <w:spacing w:after="0" w:line="240" w:lineRule="auto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8"/>
                <w:lang w:eastAsia="zh-TW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E175F" w:rsidRPr="004E622E" w:rsidRDefault="00AE175F" w:rsidP="00CD234B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E175F" w:rsidRPr="004E622E" w:rsidRDefault="00AE175F" w:rsidP="00CD234B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</w:p>
        </w:tc>
      </w:tr>
    </w:tbl>
    <w:p w:rsidR="006E4C34" w:rsidRPr="00C142C8" w:rsidRDefault="002255FA" w:rsidP="004060DB">
      <w:pPr>
        <w:spacing w:after="0" w:line="240" w:lineRule="auto"/>
        <w:rPr>
          <w:rFonts w:ascii="標楷體" w:eastAsia="標楷體" w:hAnsi="標楷體"/>
          <w:szCs w:val="28"/>
          <w:lang w:eastAsia="zh-TW"/>
        </w:rPr>
      </w:pPr>
      <w:r w:rsidRPr="00C142C8">
        <w:rPr>
          <w:rFonts w:ascii="標楷體" w:eastAsia="標楷體" w:hAnsi="標楷體"/>
          <w:b/>
          <w:szCs w:val="28"/>
          <w:lang w:eastAsia="zh-TW"/>
        </w:rPr>
        <w:t>備註：</w:t>
      </w:r>
    </w:p>
    <w:p w:rsidR="006E4C34" w:rsidRPr="00C142C8" w:rsidRDefault="002255FA" w:rsidP="00AE175F">
      <w:pPr>
        <w:spacing w:after="0" w:line="0" w:lineRule="atLeast"/>
        <w:rPr>
          <w:rFonts w:ascii="標楷體" w:eastAsia="標楷體" w:hAnsi="標楷體"/>
          <w:szCs w:val="28"/>
          <w:lang w:eastAsia="zh-TW"/>
        </w:rPr>
      </w:pPr>
      <w:r w:rsidRPr="00C142C8">
        <w:rPr>
          <w:rFonts w:ascii="標楷體" w:eastAsia="標楷體" w:hAnsi="標楷體"/>
          <w:szCs w:val="28"/>
          <w:lang w:eastAsia="zh-TW"/>
        </w:rPr>
        <w:t>1. 本</w:t>
      </w:r>
      <w:r w:rsidR="00BE5B6C">
        <w:rPr>
          <w:rFonts w:ascii="標楷體" w:eastAsia="標楷體" w:hAnsi="標楷體" w:hint="eastAsia"/>
          <w:szCs w:val="28"/>
          <w:lang w:eastAsia="zh-TW"/>
        </w:rPr>
        <w:t>文件</w:t>
      </w:r>
      <w:r w:rsidRPr="00C142C8">
        <w:rPr>
          <w:rFonts w:ascii="標楷體" w:eastAsia="標楷體" w:hAnsi="標楷體"/>
          <w:szCs w:val="28"/>
          <w:lang w:eastAsia="zh-TW"/>
        </w:rPr>
        <w:t>適用於學生因特殊事由，須於同一學期修讀兩門體育課程之申請。</w:t>
      </w:r>
    </w:p>
    <w:p w:rsidR="006E4C34" w:rsidRPr="00C142C8" w:rsidRDefault="002255FA" w:rsidP="00AE175F">
      <w:pPr>
        <w:spacing w:after="0" w:line="0" w:lineRule="atLeast"/>
        <w:rPr>
          <w:rFonts w:ascii="標楷體" w:eastAsia="標楷體" w:hAnsi="標楷體"/>
          <w:szCs w:val="28"/>
          <w:lang w:eastAsia="zh-TW"/>
        </w:rPr>
      </w:pPr>
      <w:r w:rsidRPr="00C142C8">
        <w:rPr>
          <w:rFonts w:ascii="標楷體" w:eastAsia="標楷體" w:hAnsi="標楷體"/>
          <w:szCs w:val="28"/>
          <w:lang w:eastAsia="zh-TW"/>
        </w:rPr>
        <w:t>2. 申請人應詳實填寫申請事由及相關說明；如有相關證明文件，請一併檢附。</w:t>
      </w:r>
    </w:p>
    <w:p w:rsidR="006E4C34" w:rsidRPr="00C142C8" w:rsidRDefault="002255FA" w:rsidP="00AE175F">
      <w:pPr>
        <w:spacing w:after="0" w:line="0" w:lineRule="atLeast"/>
        <w:rPr>
          <w:rFonts w:ascii="標楷體" w:eastAsia="標楷體" w:hAnsi="標楷體"/>
          <w:szCs w:val="28"/>
          <w:lang w:eastAsia="zh-TW"/>
        </w:rPr>
      </w:pPr>
      <w:r w:rsidRPr="00C142C8">
        <w:rPr>
          <w:rFonts w:ascii="標楷體" w:eastAsia="標楷體" w:hAnsi="標楷體"/>
          <w:szCs w:val="28"/>
          <w:lang w:eastAsia="zh-TW"/>
        </w:rPr>
        <w:t>3. 本申請案須經相關單位逐級審核同意後，始得依核定結果辦理後續選課事宜。</w:t>
      </w:r>
    </w:p>
    <w:p w:rsidR="006E4C34" w:rsidRPr="00C142C8" w:rsidRDefault="002255FA" w:rsidP="00AE175F">
      <w:pPr>
        <w:spacing w:after="0" w:line="0" w:lineRule="atLeast"/>
        <w:rPr>
          <w:rFonts w:ascii="標楷體" w:eastAsia="標楷體" w:hAnsi="標楷體"/>
          <w:szCs w:val="28"/>
          <w:lang w:eastAsia="zh-TW"/>
        </w:rPr>
      </w:pPr>
      <w:r w:rsidRPr="00C142C8">
        <w:rPr>
          <w:rFonts w:ascii="標楷體" w:eastAsia="標楷體" w:hAnsi="標楷體"/>
          <w:szCs w:val="28"/>
          <w:lang w:eastAsia="zh-TW"/>
        </w:rPr>
        <w:t>4. 實際修課仍應符合本校學則、選課辦法及體育課程相關規定。</w:t>
      </w:r>
    </w:p>
    <w:sectPr w:rsidR="006E4C34" w:rsidRPr="00C142C8" w:rsidSect="00034616">
      <w:pgSz w:w="11906" w:h="16838"/>
      <w:pgMar w:top="680" w:right="850" w:bottom="595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94D" w:rsidRDefault="00F2294D" w:rsidP="004E622E">
      <w:pPr>
        <w:spacing w:after="0" w:line="240" w:lineRule="auto"/>
      </w:pPr>
      <w:r>
        <w:separator/>
      </w:r>
    </w:p>
  </w:endnote>
  <w:endnote w:type="continuationSeparator" w:id="0">
    <w:p w:rsidR="00F2294D" w:rsidRDefault="00F2294D" w:rsidP="004E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94D" w:rsidRDefault="00F2294D" w:rsidP="004E622E">
      <w:pPr>
        <w:spacing w:after="0" w:line="240" w:lineRule="auto"/>
      </w:pPr>
      <w:r>
        <w:separator/>
      </w:r>
    </w:p>
  </w:footnote>
  <w:footnote w:type="continuationSeparator" w:id="0">
    <w:p w:rsidR="00F2294D" w:rsidRDefault="00F2294D" w:rsidP="004E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55FA"/>
    <w:rsid w:val="0029639D"/>
    <w:rsid w:val="00326F90"/>
    <w:rsid w:val="004060DB"/>
    <w:rsid w:val="004367B7"/>
    <w:rsid w:val="00471B05"/>
    <w:rsid w:val="004C49B6"/>
    <w:rsid w:val="004E622E"/>
    <w:rsid w:val="006E4C34"/>
    <w:rsid w:val="007062D1"/>
    <w:rsid w:val="008551BF"/>
    <w:rsid w:val="00982D8D"/>
    <w:rsid w:val="009C5107"/>
    <w:rsid w:val="00A71CEB"/>
    <w:rsid w:val="00AA1D8D"/>
    <w:rsid w:val="00AE175F"/>
    <w:rsid w:val="00B47730"/>
    <w:rsid w:val="00B62D2D"/>
    <w:rsid w:val="00B65783"/>
    <w:rsid w:val="00BE5B6C"/>
    <w:rsid w:val="00C01DB2"/>
    <w:rsid w:val="00C142C8"/>
    <w:rsid w:val="00CB0664"/>
    <w:rsid w:val="00CD234B"/>
    <w:rsid w:val="00D542BB"/>
    <w:rsid w:val="00F112DF"/>
    <w:rsid w:val="00F229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B9BF4"/>
  <w14:defaultImageDpi w14:val="300"/>
  <w15:docId w15:val="{075B9938-EA2F-4BE1-9EE1-01BC10B0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Balloon Text"/>
    <w:basedOn w:val="a1"/>
    <w:link w:val="affb"/>
    <w:uiPriority w:val="99"/>
    <w:semiHidden/>
    <w:unhideWhenUsed/>
    <w:rsid w:val="00AE17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b">
    <w:name w:val="註解方塊文字 字元"/>
    <w:basedOn w:val="a2"/>
    <w:link w:val="affa"/>
    <w:uiPriority w:val="99"/>
    <w:semiHidden/>
    <w:rsid w:val="00AE17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108F72-896B-46F9-A16A-77A42526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使用者</cp:lastModifiedBy>
  <cp:revision>20</cp:revision>
  <cp:lastPrinted>2026-08-20T08:43:00Z</cp:lastPrinted>
  <dcterms:created xsi:type="dcterms:W3CDTF">2026-08-20T08:20:00Z</dcterms:created>
  <dcterms:modified xsi:type="dcterms:W3CDTF">2026-08-20T08:56:00Z</dcterms:modified>
  <cp:category/>
</cp:coreProperties>
</file>